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https://isotopesds.com/documents/16839689c537161b67286930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Platinum Metal Foil; Platinum.</dc:title>
  <dc:subject>PDF page-image conversion. Original supplier PDF is authoritative.</dc:subject>
  <dc:creator>IsotopeSDS — conversion of supplier source</dc:creator>
  <cp:keywords/>
  <dc:description>Original publisher: Neonest AB / BuyIsotope. PDF SHA-256: 16839689c537161b67286930662304826cfcff63e7d84eae9fb553d00cd1abb7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