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https://isotopesds.com/documents/10c9a7b6dbec362b790ea985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Tungsten Powder.</dc:title>
  <dc:subject>PDF page-image conversion. Original supplier PDF is authoritative.</dc:subject>
  <dc:creator>IsotopeSDS — conversion of supplier source</dc:creator>
  <cp:keywords/>
  <dc:description>Original publisher: Neonest AB / BuyIsotope. PDF SHA-256: 10c9a7b6dbec362b790ea985580dc550329195004537bcddc53dd290f1007efd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