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https://isotopesds.com/documents/0f517a8fdac3075e1923b098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Iridium.</dc:title>
  <dc:subject>PDF page-image conversion. Original supplier PDF is authoritative.</dc:subject>
  <dc:creator>IsotopeSDS — conversion of supplier source</dc:creator>
  <cp:keywords/>
  <dc:description>Original publisher: Neonest AB / BuyIsotope. PDF SHA-256: 0f517a8fdac3075e1923b098cfc19dfd30b3c14d8a1f9df3277d3bd9e4f3c714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