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https://isotopesds.com/documents/0d5e6024742f959b7663bdcb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Ruthenium, Enriched.</dc:title>
  <dc:subject>PDF page-image conversion. Original supplier PDF is authoritative.</dc:subject>
  <dc:creator>IsotopeSDS — conversion of supplier source</dc:creator>
  <cp:keywords/>
  <dc:description>Original publisher: Neonest AB / BuyIsotope. PDF SHA-256: 0d5e6024742f959b7663bdcb79196f2e828eae71bd2926378ea4de4e1f5d07cc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