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https://isotopesds.com/documents/01a8ed54595efbf7474d96d4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Tungsten Powder.</dc:title>
  <dc:subject>PDF page-image conversion. Original supplier PDF is authoritative.</dc:subject>
  <dc:creator>IsotopeSDS — conversion of supplier source</dc:creator>
  <cp:keywords/>
  <dc:description>Original publisher: Neonest AB / BuyIsotope. PDF SHA-256: 01a8ed54595efbf7474d96d46cf3478f671477060fe93b4dae987b7047979dd0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